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91F3EB" w14:textId="7F085132" w:rsidR="000F74E7" w:rsidRDefault="000F74E7">
      <w:pPr>
        <w:spacing w:after="200"/>
      </w:pPr>
      <w:r>
        <w:rPr>
          <w:noProof/>
        </w:rPr>
        <w:drawing>
          <wp:anchor distT="0" distB="0" distL="114300" distR="114300" simplePos="0" relativeHeight="251658240" behindDoc="0" locked="0" layoutInCell="1" allowOverlap="1" wp14:anchorId="7D1FEBF6" wp14:editId="3D568790">
            <wp:simplePos x="0" y="0"/>
            <wp:positionH relativeFrom="column">
              <wp:posOffset>-640080</wp:posOffset>
            </wp:positionH>
            <wp:positionV relativeFrom="paragraph">
              <wp:posOffset>-587587</wp:posOffset>
            </wp:positionV>
            <wp:extent cx="5492455" cy="8216054"/>
            <wp:effectExtent l="0" t="0" r="0" b="1270"/>
            <wp:wrapNone/>
            <wp:docPr id="1062660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60577" name="Picture 1062660577"/>
                    <pic:cNvPicPr/>
                  </pic:nvPicPr>
                  <pic:blipFill>
                    <a:blip r:embed="rId8"/>
                    <a:stretch>
                      <a:fillRect/>
                    </a:stretch>
                  </pic:blipFill>
                  <pic:spPr>
                    <a:xfrm>
                      <a:off x="0" y="0"/>
                      <a:ext cx="5578669" cy="8345020"/>
                    </a:xfrm>
                    <a:prstGeom prst="rect">
                      <a:avLst/>
                    </a:prstGeom>
                  </pic:spPr>
                </pic:pic>
              </a:graphicData>
            </a:graphic>
            <wp14:sizeRelH relativeFrom="page">
              <wp14:pctWidth>0</wp14:pctWidth>
            </wp14:sizeRelH>
            <wp14:sizeRelV relativeFrom="page">
              <wp14:pctHeight>0</wp14:pctHeight>
            </wp14:sizeRelV>
          </wp:anchor>
        </w:drawing>
      </w:r>
      <w:r>
        <w:br w:type="page"/>
      </w:r>
    </w:p>
    <w:p w14:paraId="7A20AC69" w14:textId="5636E41A" w:rsidR="00BA1A4E" w:rsidRDefault="00BA1A4E"/>
    <w:p w14:paraId="5747208A" w14:textId="77777777" w:rsidR="00BA1A4E" w:rsidRDefault="00BA1A4E"/>
    <w:p w14:paraId="5EB82161" w14:textId="77777777" w:rsidR="00BA1A4E" w:rsidRDefault="00BA1A4E"/>
    <w:p w14:paraId="58E563F9" w14:textId="77777777" w:rsidR="00BA1A4E" w:rsidRDefault="00000000">
      <w:pPr>
        <w:spacing w:after="200"/>
        <w:jc w:val="center"/>
      </w:pPr>
      <w:r>
        <w:rPr>
          <w:b/>
          <w:color w:val="A67E2A"/>
          <w:sz w:val="21"/>
        </w:rPr>
        <w:t>THREE SACRED WORDS OF MANIFESTATION</w:t>
      </w:r>
    </w:p>
    <w:p w14:paraId="73392A36" w14:textId="77777777" w:rsidR="00BA1A4E" w:rsidRDefault="00000000">
      <w:pPr>
        <w:spacing w:after="160"/>
        <w:jc w:val="center"/>
      </w:pPr>
      <w:r>
        <w:rPr>
          <w:b/>
          <w:color w:val="1F3559"/>
          <w:sz w:val="52"/>
        </w:rPr>
        <w:t>Myasmia, Yanonia,</w:t>
      </w:r>
      <w:r>
        <w:rPr>
          <w:b/>
          <w:color w:val="1F3559"/>
          <w:sz w:val="52"/>
        </w:rPr>
        <w:br/>
        <w:t>Yacente</w:t>
      </w:r>
    </w:p>
    <w:p w14:paraId="731542E3" w14:textId="77777777" w:rsidR="00BA1A4E" w:rsidRDefault="00000000">
      <w:pPr>
        <w:spacing w:after="800"/>
        <w:jc w:val="center"/>
      </w:pPr>
      <w:r>
        <w:rPr>
          <w:i/>
          <w:color w:val="415B84"/>
          <w:sz w:val="28"/>
        </w:rPr>
        <w:t>The Power of Intention, Faith, and Daily Use</w:t>
      </w:r>
    </w:p>
    <w:p w14:paraId="11B4069D" w14:textId="77777777" w:rsidR="00BA1A4E" w:rsidRDefault="00000000">
      <w:pPr>
        <w:spacing w:after="100"/>
        <w:jc w:val="center"/>
      </w:pPr>
      <w:r>
        <w:rPr>
          <w:i/>
          <w:color w:val="5A5A5A"/>
          <w:sz w:val="22"/>
        </w:rPr>
        <w:t>A Personal Spiritual Teaching</w:t>
      </w:r>
    </w:p>
    <w:p w14:paraId="426E6A29" w14:textId="77777777" w:rsidR="00BA1A4E" w:rsidRDefault="00000000">
      <w:pPr>
        <w:spacing w:after="80"/>
        <w:jc w:val="center"/>
      </w:pPr>
      <w:r>
        <w:rPr>
          <w:b/>
          <w:color w:val="1F3559"/>
          <w:sz w:val="26"/>
        </w:rPr>
        <w:t>Maurice Ramsey</w:t>
      </w:r>
    </w:p>
    <w:p w14:paraId="20EB786B" w14:textId="77777777" w:rsidR="00BA1A4E" w:rsidRDefault="00000000">
      <w:pPr>
        <w:jc w:val="center"/>
      </w:pPr>
      <w:r>
        <w:rPr>
          <w:i/>
          <w:color w:val="A67E2A"/>
          <w:sz w:val="21"/>
        </w:rPr>
        <w:t>Minister of the Light — “I Serve With Love”</w:t>
      </w:r>
    </w:p>
    <w:p w14:paraId="04776C54" w14:textId="77777777" w:rsidR="00BA1A4E" w:rsidRDefault="00000000">
      <w:r>
        <w:br w:type="page"/>
      </w:r>
    </w:p>
    <w:p w14:paraId="7483829E" w14:textId="77777777" w:rsidR="00BA1A4E" w:rsidRDefault="00000000">
      <w:pPr>
        <w:pStyle w:val="Heading1"/>
        <w:spacing w:before="80" w:after="140"/>
      </w:pPr>
      <w:r>
        <w:rPr>
          <w:rFonts w:ascii="Times New Roman" w:hAnsi="Times New Roman"/>
        </w:rPr>
        <w:lastRenderedPageBreak/>
        <w:t>How the Sacred Words Were Given to Me</w:t>
      </w:r>
    </w:p>
    <w:p w14:paraId="7436D8C3" w14:textId="77777777" w:rsidR="00BA1A4E" w:rsidRDefault="00000000">
      <w:pPr>
        <w:ind w:firstLine="317"/>
        <w:jc w:val="both"/>
      </w:pPr>
      <w:r>
        <w:t>On January 15, 2024, during a channeled reading from Archangel Michael, I received three sacred words of manifestation: Myasmia, Yanonia, Yacente. I was told that my dreams and manifestations could come into fruition and that fear could not stop me from moving forward in my soul mission.</w:t>
      </w:r>
    </w:p>
    <w:p w14:paraId="7726AA4C" w14:textId="77777777" w:rsidR="00BA1A4E" w:rsidRDefault="00000000">
      <w:pPr>
        <w:ind w:firstLine="317"/>
        <w:jc w:val="both"/>
      </w:pPr>
      <w:r>
        <w:t>These words were given as a Trinity. Each word carries a distinct purpose, yet their power unfolds most fully when they are spoken together with clear intention, faith, feeling, and love.</w:t>
      </w:r>
    </w:p>
    <w:p w14:paraId="21601062" w14:textId="77777777" w:rsidR="00BA1A4E" w:rsidRDefault="00000000">
      <w:pPr>
        <w:pStyle w:val="Heading1"/>
        <w:spacing w:before="80" w:after="140"/>
      </w:pPr>
      <w:r>
        <w:rPr>
          <w:rFonts w:ascii="Times New Roman" w:hAnsi="Times New Roman"/>
        </w:rPr>
        <w:t>The Meaning of the Three Words</w:t>
      </w:r>
    </w:p>
    <w:p w14:paraId="7D61534B" w14:textId="77777777" w:rsidR="00BA1A4E" w:rsidRDefault="00000000">
      <w:pPr>
        <w:jc w:val="both"/>
      </w:pPr>
      <w:r>
        <w:rPr>
          <w:b/>
          <w:i/>
          <w:color w:val="1F3559"/>
        </w:rPr>
        <w:t xml:space="preserve">Myasmia </w:t>
      </w:r>
      <w:r>
        <w:t>opens the pathway with joy and establishes a clear intention. Archangel Michael described it as cutting a new path of intention—metaphorically, like Moses parting the Red Sea.</w:t>
      </w:r>
    </w:p>
    <w:p w14:paraId="19C56054" w14:textId="77777777" w:rsidR="00BA1A4E" w:rsidRDefault="00000000">
      <w:pPr>
        <w:jc w:val="both"/>
      </w:pPr>
      <w:r>
        <w:rPr>
          <w:b/>
          <w:i/>
          <w:color w:val="1F3559"/>
        </w:rPr>
        <w:t xml:space="preserve">Yanonia </w:t>
      </w:r>
      <w:r>
        <w:t>activates the strength of the intention. It pushes through whatever stands in its path and helps bring the intended desire into manifestation.</w:t>
      </w:r>
    </w:p>
    <w:p w14:paraId="440D4890" w14:textId="77777777" w:rsidR="00BA1A4E" w:rsidRDefault="00000000">
      <w:pPr>
        <w:jc w:val="both"/>
      </w:pPr>
      <w:r>
        <w:rPr>
          <w:b/>
          <w:i/>
          <w:color w:val="1F3559"/>
        </w:rPr>
        <w:t xml:space="preserve">Yacente </w:t>
      </w:r>
      <w:r>
        <w:t>completes the Trinity. It activates the perfect outcome and projects the present intention forward into manifestation.</w:t>
      </w:r>
    </w:p>
    <w:p w14:paraId="4CA5922E" w14:textId="77777777" w:rsidR="00BA1A4E" w:rsidRDefault="00000000">
      <w:pPr>
        <w:spacing w:after="100"/>
        <w:jc w:val="center"/>
      </w:pPr>
      <w:r>
        <w:rPr>
          <w:b/>
          <w:i/>
          <w:color w:val="1F3559"/>
          <w:sz w:val="25"/>
        </w:rPr>
        <w:t>Myasmia, Yanonia, Yacente</w:t>
      </w:r>
      <w:r>
        <w:rPr>
          <w:b/>
          <w:i/>
          <w:color w:val="1F3559"/>
          <w:sz w:val="25"/>
        </w:rPr>
        <w:br/>
        <w:t>Myasmia, Yanonia, Yacente</w:t>
      </w:r>
      <w:r>
        <w:rPr>
          <w:b/>
          <w:i/>
          <w:color w:val="1F3559"/>
          <w:sz w:val="25"/>
        </w:rPr>
        <w:br/>
        <w:t>Myasmia, Yanonia, Yacente</w:t>
      </w:r>
    </w:p>
    <w:p w14:paraId="06E5CEB3" w14:textId="77777777" w:rsidR="00BA1A4E" w:rsidRDefault="00000000">
      <w:pPr>
        <w:spacing w:after="0"/>
        <w:jc w:val="center"/>
      </w:pPr>
      <w:r>
        <w:rPr>
          <w:b/>
          <w:i/>
        </w:rPr>
        <w:t>The creation of the future manifestation begins in the present moment.</w:t>
      </w:r>
    </w:p>
    <w:p w14:paraId="3937504A" w14:textId="77777777" w:rsidR="00BA1A4E" w:rsidRDefault="00000000">
      <w:r>
        <w:br w:type="page"/>
      </w:r>
    </w:p>
    <w:p w14:paraId="1A10079E" w14:textId="77777777" w:rsidR="00BA1A4E" w:rsidRDefault="00000000">
      <w:pPr>
        <w:pStyle w:val="Heading1"/>
        <w:spacing w:before="80" w:after="140"/>
      </w:pPr>
      <w:r>
        <w:rPr>
          <w:rFonts w:ascii="Times New Roman" w:hAnsi="Times New Roman"/>
        </w:rPr>
        <w:lastRenderedPageBreak/>
        <w:t>The Power Comes Through Continued Use</w:t>
      </w:r>
    </w:p>
    <w:p w14:paraId="7400FEFA" w14:textId="77777777" w:rsidR="00BA1A4E" w:rsidRDefault="00000000">
      <w:pPr>
        <w:jc w:val="both"/>
      </w:pPr>
      <w:r>
        <w:t>With the power of intention, these three sacred words become powerful through use - daily use - until the manifestation is received. They are not words to speak once or twice and then forget. I continue using Myasmia, Yanonia, Yacente while holding the intention within my mind and heart.</w:t>
      </w:r>
    </w:p>
    <w:p w14:paraId="6542C111" w14:textId="77777777" w:rsidR="00BA1A4E" w:rsidRDefault="00000000">
      <w:pPr>
        <w:jc w:val="both"/>
      </w:pPr>
      <w:r>
        <w:t>As Saint Germain taught me, "Energy becomes power through use." Repetition is not empty recitation. Each sincere use strengthens the living intention, deepens faith, and keeps the consciousness aligned with what is being called forth.</w:t>
      </w:r>
    </w:p>
    <w:p w14:paraId="4CF599F1" w14:textId="77777777" w:rsidR="00BA1A4E" w:rsidRDefault="00000000">
      <w:pPr>
        <w:pStyle w:val="Heading1"/>
        <w:spacing w:before="80" w:after="140"/>
      </w:pPr>
      <w:r>
        <w:rPr>
          <w:rFonts w:ascii="Times New Roman" w:hAnsi="Times New Roman"/>
        </w:rPr>
        <w:t>There Is No Limit to the Good You May Call Forth</w:t>
      </w:r>
    </w:p>
    <w:p w14:paraId="051F9A8E" w14:textId="77777777" w:rsidR="00BA1A4E" w:rsidRDefault="00000000">
      <w:pPr>
        <w:spacing w:after="100"/>
        <w:jc w:val="both"/>
      </w:pPr>
      <w:r>
        <w:t>Do not limit these sacred words to only one kind of need. Whatever touches your life may be placed before God through this vibration: healing and good health; financial supply and prosperity; a home to buy or a beautiful place to rent; guidance, protection, friendship, loving relationships, peace, employment, spiritual growth, or the fulfillment of your Divine purpose.</w:t>
      </w:r>
    </w:p>
    <w:p w14:paraId="2878F18F" w14:textId="77777777" w:rsidR="00BA1A4E" w:rsidRDefault="00000000">
      <w:pPr>
        <w:spacing w:after="80"/>
        <w:jc w:val="both"/>
      </w:pPr>
      <w:r>
        <w:t>The examples in this booklet are not boundaries. They are doorways that show you how to form your own clear intention. Speak from your heart, continue faithfully, and remain open to a blessing greater than the one you first imagined. Allow the manifestation to unfold in harmony with Divine Will and the highest good of all.</w:t>
      </w:r>
    </w:p>
    <w:p w14:paraId="42D7C8BA" w14:textId="77777777" w:rsidR="00BA1A4E" w:rsidRDefault="00000000">
      <w:pPr>
        <w:spacing w:after="0" w:line="264" w:lineRule="auto"/>
        <w:jc w:val="center"/>
      </w:pPr>
      <w:r>
        <w:rPr>
          <w:b/>
          <w:i/>
        </w:rPr>
        <w:t>The creation of the future manifestation begins in the present moment.</w:t>
      </w:r>
    </w:p>
    <w:p w14:paraId="6B3C4FE0" w14:textId="77777777" w:rsidR="00BA1A4E" w:rsidRDefault="00000000">
      <w:pPr>
        <w:spacing w:after="0"/>
      </w:pPr>
      <w:r>
        <w:br w:type="page"/>
      </w:r>
    </w:p>
    <w:p w14:paraId="03D12915" w14:textId="77777777" w:rsidR="00BA1A4E" w:rsidRDefault="00000000">
      <w:pPr>
        <w:pStyle w:val="Heading1"/>
        <w:spacing w:before="80" w:after="140"/>
      </w:pPr>
      <w:r>
        <w:rPr>
          <w:rFonts w:ascii="Times New Roman" w:hAnsi="Times New Roman"/>
        </w:rPr>
        <w:lastRenderedPageBreak/>
        <w:t>A Simple Daily Practice</w:t>
      </w:r>
    </w:p>
    <w:p w14:paraId="0A21C2E7" w14:textId="77777777" w:rsidR="00BA1A4E" w:rsidRDefault="00000000">
      <w:pPr>
        <w:pStyle w:val="ListNumber"/>
        <w:spacing w:after="80" w:line="259" w:lineRule="auto"/>
        <w:ind w:left="403" w:hanging="259"/>
      </w:pPr>
      <w:r>
        <w:rPr>
          <w:b/>
          <w:color w:val="1F3559"/>
          <w:sz w:val="23"/>
        </w:rPr>
        <w:t>Become still.</w:t>
      </w:r>
      <w:r>
        <w:rPr>
          <w:sz w:val="23"/>
        </w:rPr>
        <w:t xml:space="preserve"> Breathe gently and bring your attention into your heart.</w:t>
      </w:r>
    </w:p>
    <w:p w14:paraId="4C3EDB34" w14:textId="77777777" w:rsidR="00BA1A4E" w:rsidRDefault="00000000">
      <w:pPr>
        <w:pStyle w:val="ListNumber"/>
        <w:spacing w:after="80" w:line="259" w:lineRule="auto"/>
        <w:ind w:left="403" w:hanging="259"/>
      </w:pPr>
      <w:r>
        <w:rPr>
          <w:b/>
          <w:color w:val="1F3559"/>
          <w:sz w:val="23"/>
        </w:rPr>
        <w:t>State your intention.</w:t>
      </w:r>
      <w:r>
        <w:rPr>
          <w:sz w:val="23"/>
        </w:rPr>
        <w:t xml:space="preserve"> Keep it simple, clear, loving, and aligned with the highest good.</w:t>
      </w:r>
    </w:p>
    <w:p w14:paraId="226C3814" w14:textId="77777777" w:rsidR="00BA1A4E" w:rsidRDefault="00000000">
      <w:pPr>
        <w:pStyle w:val="ListNumber"/>
        <w:spacing w:after="80" w:line="259" w:lineRule="auto"/>
        <w:ind w:left="403" w:hanging="259"/>
      </w:pPr>
      <w:r>
        <w:rPr>
          <w:b/>
          <w:color w:val="1F3559"/>
          <w:sz w:val="23"/>
        </w:rPr>
        <w:t>See and feel it.</w:t>
      </w:r>
      <w:r>
        <w:rPr>
          <w:sz w:val="23"/>
        </w:rPr>
        <w:t xml:space="preserve"> Imagine the desired condition as already taking form. Feel gratitude as though the doorway is opening now.</w:t>
      </w:r>
    </w:p>
    <w:p w14:paraId="2CB0171B" w14:textId="77777777" w:rsidR="00BA1A4E" w:rsidRDefault="00000000">
      <w:pPr>
        <w:pStyle w:val="ListNumber"/>
        <w:spacing w:after="80" w:line="259" w:lineRule="auto"/>
        <w:ind w:left="403" w:hanging="259"/>
      </w:pPr>
      <w:r>
        <w:rPr>
          <w:b/>
          <w:color w:val="1F3559"/>
          <w:sz w:val="23"/>
        </w:rPr>
        <w:t>Speak the sacred words three times.</w:t>
      </w:r>
      <w:r>
        <w:rPr>
          <w:sz w:val="23"/>
        </w:rPr>
        <w:t xml:space="preserve"> Say them with faith, strength, love, and feeling.</w:t>
      </w:r>
    </w:p>
    <w:p w14:paraId="7A73375A" w14:textId="77777777" w:rsidR="00BA1A4E" w:rsidRDefault="00000000">
      <w:pPr>
        <w:pStyle w:val="ListNumber"/>
        <w:spacing w:after="80" w:line="259" w:lineRule="auto"/>
        <w:ind w:left="403" w:hanging="259"/>
      </w:pPr>
      <w:r>
        <w:rPr>
          <w:b/>
          <w:color w:val="1F3559"/>
          <w:sz w:val="23"/>
        </w:rPr>
        <w:t>Continue daily.</w:t>
      </w:r>
      <w:r>
        <w:rPr>
          <w:sz w:val="23"/>
        </w:rPr>
        <w:t xml:space="preserve"> Remain faithful until the manifestation comes forth, while allowing the Divine to answer in the perfect way and time.</w:t>
      </w:r>
    </w:p>
    <w:p w14:paraId="311F8204" w14:textId="77777777" w:rsidR="00BA1A4E" w:rsidRDefault="00000000">
      <w:pPr>
        <w:spacing w:before="40" w:after="140"/>
        <w:jc w:val="center"/>
      </w:pPr>
      <w:r>
        <w:rPr>
          <w:b/>
          <w:i/>
          <w:color w:val="1F3559"/>
          <w:sz w:val="25"/>
        </w:rPr>
        <w:t>Myasmia, Yanonia, Yacente</w:t>
      </w:r>
      <w:r>
        <w:rPr>
          <w:b/>
          <w:i/>
          <w:color w:val="1F3559"/>
          <w:sz w:val="25"/>
        </w:rPr>
        <w:br/>
        <w:t>Myasmia, Yanonia, Yacente</w:t>
      </w:r>
      <w:r>
        <w:rPr>
          <w:b/>
          <w:i/>
          <w:color w:val="1F3559"/>
          <w:sz w:val="25"/>
        </w:rPr>
        <w:br/>
        <w:t>Myasmia, Yanonia, Yacente</w:t>
      </w:r>
    </w:p>
    <w:p w14:paraId="20CB92C5" w14:textId="77777777" w:rsidR="00BA1A4E" w:rsidRDefault="00000000">
      <w:pPr>
        <w:pStyle w:val="Heading2"/>
        <w:spacing w:before="40" w:after="80"/>
      </w:pPr>
      <w:r>
        <w:rPr>
          <w:rFonts w:ascii="Times New Roman" w:hAnsi="Times New Roman"/>
        </w:rPr>
        <w:t>How to Form Your Intention</w:t>
      </w:r>
    </w:p>
    <w:p w14:paraId="3CCA55B3" w14:textId="77777777" w:rsidR="00BA1A4E" w:rsidRDefault="00000000">
      <w:pPr>
        <w:spacing w:after="100"/>
        <w:jc w:val="both"/>
      </w:pPr>
      <w:r>
        <w:rPr>
          <w:sz w:val="23"/>
        </w:rPr>
        <w:t>Begin by naming what you desire in plain words. You may say, "Beloved Mighty I AM Presence, I call forth the Divine help, healing, protection, guidance, home, relationship, or financial supply that I need now. Bring it forth in the perfect way, according to Divine Will and the highest good of all."</w:t>
      </w:r>
    </w:p>
    <w:p w14:paraId="39468E77" w14:textId="77777777" w:rsidR="00BA1A4E" w:rsidRDefault="00000000">
      <w:pPr>
        <w:spacing w:after="0"/>
        <w:jc w:val="both"/>
      </w:pPr>
      <w:r>
        <w:rPr>
          <w:sz w:val="23"/>
        </w:rPr>
        <w:t>Then hold the completed picture within your mind and heart. Do not struggle over perfect wording. Your sincere intention, feeling, faith, and continued use give direction to the energy.</w:t>
      </w:r>
    </w:p>
    <w:p w14:paraId="62D44E49" w14:textId="77777777" w:rsidR="00BA1A4E" w:rsidRDefault="00000000">
      <w:pPr>
        <w:spacing w:after="0"/>
      </w:pPr>
      <w:r>
        <w:br w:type="page"/>
      </w:r>
    </w:p>
    <w:p w14:paraId="05CC254F" w14:textId="77777777" w:rsidR="00BA1A4E" w:rsidRDefault="00000000">
      <w:pPr>
        <w:pStyle w:val="Heading1"/>
        <w:spacing w:before="80" w:after="140"/>
      </w:pPr>
      <w:r>
        <w:rPr>
          <w:rFonts w:ascii="Times New Roman" w:hAnsi="Times New Roman"/>
        </w:rPr>
        <w:lastRenderedPageBreak/>
        <w:t>My Personal Experience</w:t>
      </w:r>
    </w:p>
    <w:p w14:paraId="03BFF290" w14:textId="77777777" w:rsidR="00BA1A4E" w:rsidRDefault="00000000">
      <w:pPr>
        <w:jc w:val="both"/>
      </w:pPr>
      <w:r>
        <w:t>In my personal experience, I use the sacred words Myasmia, Yanonia, Yacente to bring forth the Divine help, healing, guidance, protection, or supply that is needed. I speak them with love and focused intention, trusting that the Great I AM knows exactly what is required.</w:t>
      </w:r>
    </w:p>
    <w:p w14:paraId="75C92DE4" w14:textId="77777777" w:rsidR="00BA1A4E" w:rsidRDefault="00000000">
      <w:pPr>
        <w:jc w:val="both"/>
      </w:pPr>
      <w:r>
        <w:t>I have used these words for healing, financial supply, good health, friendship, loving relationships, and a home. When a need arises, I become clear about what I am asking to receive. I hold the completed picture within my heart, repeat the words three times, and continue using them faithfully instead of giving up after one or two days.</w:t>
      </w:r>
    </w:p>
    <w:p w14:paraId="41F26AC8" w14:textId="77777777" w:rsidR="00BA1A4E" w:rsidRDefault="00000000">
      <w:pPr>
        <w:jc w:val="both"/>
      </w:pPr>
      <w:r>
        <w:t>One of my living experiences concerns a financial blessing connected with a case. I called forth the money I was waiting to receive, sealed my intention with Myasmia, Yanonia, Yacente, and continued holding faith through a long wait. Now I am receiving the money connected with that case. This taught me that a manifestation may unfold through paperwork, people, decisions, and Divine timing. The outer process may take time, but I do not abandon the inner work.</w:t>
      </w:r>
    </w:p>
    <w:p w14:paraId="0BF7442A" w14:textId="77777777" w:rsidR="00BA1A4E" w:rsidRDefault="00000000">
      <w:pPr>
        <w:jc w:val="both"/>
      </w:pPr>
      <w:r>
        <w:t>When I use these words to help another person, I hold that person lovingly within my heart, speak their name, and place their need before Father-Mother God. I then repeat Myasmia, Yanonia, Yacente three times, asking that the right blessing be brought into manifestation according to Divine Will.</w:t>
      </w:r>
    </w:p>
    <w:p w14:paraId="27FEBA01" w14:textId="77777777" w:rsidR="00BA1A4E" w:rsidRDefault="00000000">
      <w:pPr>
        <w:spacing w:after="60"/>
        <w:jc w:val="both"/>
      </w:pPr>
      <w:r>
        <w:t>I do not consider myself the source of the healing or manifestation. I serve as an open channel through which Divine Love, Light, Healing, and Supply may flow. My part is to open my heart, establish the intention, speak the sacred words, continue faithfully, and trust God to perform the perfect work.</w:t>
      </w:r>
    </w:p>
    <w:p w14:paraId="72327B6C" w14:textId="77777777" w:rsidR="00BA1A4E" w:rsidRDefault="00000000">
      <w:pPr>
        <w:spacing w:after="0" w:line="264" w:lineRule="auto"/>
        <w:jc w:val="center"/>
      </w:pPr>
      <w:r>
        <w:rPr>
          <w:b/>
          <w:i/>
          <w:color w:val="1F3559"/>
          <w:sz w:val="25"/>
        </w:rPr>
        <w:t>Myasmia, Yanonia, Yacente</w:t>
      </w:r>
    </w:p>
    <w:p w14:paraId="15B5CDE1" w14:textId="77777777" w:rsidR="00BA1A4E" w:rsidRDefault="00000000">
      <w:pPr>
        <w:spacing w:after="0"/>
      </w:pPr>
      <w:r>
        <w:br w:type="page"/>
      </w:r>
    </w:p>
    <w:p w14:paraId="7AA7FCF0" w14:textId="77777777" w:rsidR="00BA1A4E" w:rsidRDefault="00000000">
      <w:pPr>
        <w:pStyle w:val="Heading1"/>
        <w:spacing w:before="80" w:after="140"/>
      </w:pPr>
      <w:r>
        <w:rPr>
          <w:rFonts w:ascii="Times New Roman" w:hAnsi="Times New Roman"/>
        </w:rPr>
        <w:lastRenderedPageBreak/>
        <w:t>Two Home Manifestation Examples</w:t>
      </w:r>
    </w:p>
    <w:p w14:paraId="199F78FA" w14:textId="77777777" w:rsidR="00BA1A4E" w:rsidRDefault="00000000">
      <w:pPr>
        <w:jc w:val="center"/>
      </w:pPr>
      <w:r>
        <w:rPr>
          <w:i/>
          <w:sz w:val="22"/>
        </w:rPr>
        <w:t>Use these examples as a guide. You may change the details so that the words express the true desire of your own heart.</w:t>
      </w:r>
    </w:p>
    <w:p w14:paraId="15F0D6FB" w14:textId="77777777" w:rsidR="00BA1A4E" w:rsidRDefault="00000000">
      <w:pPr>
        <w:pStyle w:val="Heading2"/>
        <w:spacing w:before="40" w:after="80"/>
      </w:pPr>
      <w:r>
        <w:rPr>
          <w:rFonts w:ascii="Times New Roman" w:hAnsi="Times New Roman"/>
        </w:rPr>
        <w:t>Example One: Manifesting a Home to Buy</w:t>
      </w:r>
    </w:p>
    <w:p w14:paraId="53740B96" w14:textId="77777777" w:rsidR="00BA1A4E" w:rsidRDefault="00000000">
      <w:pPr>
        <w:spacing w:after="60"/>
        <w:jc w:val="both"/>
      </w:pPr>
      <w:r>
        <w:rPr>
          <w:sz w:val="22"/>
        </w:rPr>
        <w:t>Beloved Mighty I AM Presence, I invoke the Power of Divine Manifestation. Bring forth the right home for me to buy - a safe, beautiful, peaceful home in the right location, within my means, and suited to my life and Divine purpose. Bring forth the funds, approval, agreement, inspection, closing, and every person and condition required. Let every right door open with ease, and let every door that is not right close without harm. I see myself receiving the keys with gratitude, living securely and joyfully in my new home. I accept this or something better, according to Divine Will and the highest good of all. I seal this intention with:</w:t>
      </w:r>
    </w:p>
    <w:p w14:paraId="25ED605F" w14:textId="77777777" w:rsidR="00BA1A4E" w:rsidRDefault="00000000">
      <w:pPr>
        <w:spacing w:before="40"/>
        <w:jc w:val="center"/>
      </w:pPr>
      <w:r>
        <w:rPr>
          <w:b/>
          <w:i/>
          <w:color w:val="1F3559"/>
          <w:sz w:val="21"/>
        </w:rPr>
        <w:t>Myasmia, Yanonia, Yacente</w:t>
      </w:r>
      <w:r>
        <w:rPr>
          <w:b/>
          <w:i/>
          <w:color w:val="1F3559"/>
          <w:sz w:val="21"/>
        </w:rPr>
        <w:br/>
        <w:t>Myasmia, Yanonia, Yacente</w:t>
      </w:r>
      <w:r>
        <w:rPr>
          <w:b/>
          <w:i/>
          <w:color w:val="1F3559"/>
          <w:sz w:val="21"/>
        </w:rPr>
        <w:br/>
        <w:t>Myasmia, Yanonia, Yacente</w:t>
      </w:r>
    </w:p>
    <w:p w14:paraId="1E96DF0D" w14:textId="77777777" w:rsidR="00BA1A4E" w:rsidRDefault="00000000">
      <w:pPr>
        <w:pStyle w:val="Heading2"/>
        <w:spacing w:before="40" w:after="80"/>
      </w:pPr>
      <w:r>
        <w:rPr>
          <w:rFonts w:ascii="Times New Roman" w:hAnsi="Times New Roman"/>
        </w:rPr>
        <w:t>Example Two: Manifesting a Beautiful Place to Rent</w:t>
      </w:r>
    </w:p>
    <w:p w14:paraId="1CF7B497" w14:textId="77777777" w:rsidR="00BA1A4E" w:rsidRDefault="00000000">
      <w:pPr>
        <w:spacing w:after="60"/>
        <w:jc w:val="both"/>
      </w:pPr>
      <w:r>
        <w:rPr>
          <w:sz w:val="22"/>
        </w:rPr>
        <w:t>Beloved Mighty I AM Presence, prepare and reveal the right place for me to rent - a clean, safe, peaceful, beautiful home in the right location, within my means, and meeting all my needs. Bring forth the right landlord, application, deposit, agreement, timing, and every form of assistance required. I see myself signing the lease, receiving the keys, and entering a home filled with Light, comfort, harmony, and protection. I accept this or something better, according to Divine Will and the highest good of all. I seal this intention with:</w:t>
      </w:r>
    </w:p>
    <w:p w14:paraId="65D7C78A" w14:textId="77777777" w:rsidR="00BA1A4E" w:rsidRDefault="00000000">
      <w:pPr>
        <w:spacing w:before="40" w:after="0"/>
        <w:jc w:val="center"/>
      </w:pPr>
      <w:r>
        <w:rPr>
          <w:b/>
          <w:i/>
          <w:color w:val="1F3559"/>
          <w:sz w:val="21"/>
        </w:rPr>
        <w:t>Myasmia, Yanonia, Yacente</w:t>
      </w:r>
      <w:r>
        <w:rPr>
          <w:b/>
          <w:i/>
          <w:color w:val="1F3559"/>
          <w:sz w:val="21"/>
        </w:rPr>
        <w:br/>
        <w:t>Myasmia, Yanonia, Yacente</w:t>
      </w:r>
      <w:r>
        <w:rPr>
          <w:b/>
          <w:i/>
          <w:color w:val="1F3559"/>
          <w:sz w:val="21"/>
        </w:rPr>
        <w:br/>
        <w:t>Myasmia, Yanonia, Yacente</w:t>
      </w:r>
    </w:p>
    <w:p w14:paraId="220EEC4D" w14:textId="77777777" w:rsidR="00BA1A4E" w:rsidRDefault="00000000">
      <w:pPr>
        <w:spacing w:after="0"/>
      </w:pPr>
      <w:r>
        <w:br w:type="page"/>
      </w:r>
    </w:p>
    <w:p w14:paraId="318C006B" w14:textId="77777777" w:rsidR="00BA1A4E" w:rsidRDefault="00000000">
      <w:pPr>
        <w:pStyle w:val="Heading1"/>
        <w:spacing w:before="80" w:after="140"/>
      </w:pPr>
      <w:r>
        <w:rPr>
          <w:rFonts w:ascii="Times New Roman" w:hAnsi="Times New Roman"/>
        </w:rPr>
        <w:lastRenderedPageBreak/>
        <w:t>Calling Forth a Financial Blessing</w:t>
      </w:r>
    </w:p>
    <w:p w14:paraId="62F8D66C" w14:textId="77777777" w:rsidR="00BA1A4E" w:rsidRDefault="00000000">
      <w:pPr>
        <w:spacing w:after="140"/>
        <w:jc w:val="both"/>
      </w:pPr>
      <w:r>
        <w:t>A financial blessing may come through many outer channels: a case, benefits, work, business, a settlement, overdue funds, an unexpected opportunity, or another form of rightful supply. Do not decide that God has only one doorway through which the blessing can reach you. State the need clearly, hold the feeling of receiving it, and remain faithful while the outer conditions move into place.</w:t>
      </w:r>
    </w:p>
    <w:p w14:paraId="7F46C6FF" w14:textId="77777777" w:rsidR="00BA1A4E" w:rsidRDefault="00000000">
      <w:pPr>
        <w:pStyle w:val="Heading2"/>
        <w:spacing w:before="40" w:after="80"/>
      </w:pPr>
      <w:r>
        <w:rPr>
          <w:rFonts w:ascii="Times New Roman" w:hAnsi="Times New Roman"/>
        </w:rPr>
        <w:t>Financial Blessing Invocation</w:t>
      </w:r>
    </w:p>
    <w:p w14:paraId="594D15B4" w14:textId="77777777" w:rsidR="00BA1A4E" w:rsidRDefault="00000000">
      <w:pPr>
        <w:spacing w:after="80"/>
        <w:jc w:val="both"/>
      </w:pPr>
      <w:r>
        <w:rPr>
          <w:sz w:val="23"/>
        </w:rPr>
        <w:t>Beloved Mighty I AM Presence, I invoke the Power of Intention and Divine Manifestation. I call upon the Angels of Prosperity, the Goddess of Supply, the Lord of Gold, and all Beings of Divine Light appointed to assist me. Bring forth the financial blessing that is mine to receive. Move every person, document, decision, opportunity, and outer condition into right Divine action. Release all rightful funds and supply into my hands in the perfect way and time. Remove fear, lack, delay, and limitation from my consciousness. Fill me with wisdom so that I may receive, use, and share this blessing responsibly, in harmony with Divine Will and the highest good of all. I accept this or something better, and I seal my intention with:</w:t>
      </w:r>
    </w:p>
    <w:p w14:paraId="7D4677F9" w14:textId="77777777" w:rsidR="00BA1A4E" w:rsidRDefault="00000000">
      <w:pPr>
        <w:spacing w:before="40" w:after="140"/>
        <w:jc w:val="center"/>
      </w:pPr>
      <w:r>
        <w:rPr>
          <w:b/>
          <w:i/>
          <w:color w:val="1F3559"/>
        </w:rPr>
        <w:t>Myasmia, Yanonia, Yacente</w:t>
      </w:r>
      <w:r>
        <w:rPr>
          <w:b/>
          <w:i/>
          <w:color w:val="1F3559"/>
        </w:rPr>
        <w:br/>
        <w:t>Myasmia, Yanonia, Yacente</w:t>
      </w:r>
      <w:r>
        <w:rPr>
          <w:b/>
          <w:i/>
          <w:color w:val="1F3559"/>
        </w:rPr>
        <w:br/>
        <w:t>Myasmia, Yanonia, Yacente</w:t>
      </w:r>
    </w:p>
    <w:p w14:paraId="137586A4" w14:textId="77777777" w:rsidR="00BA1A4E" w:rsidRDefault="00000000">
      <w:pPr>
        <w:pStyle w:val="Heading2"/>
        <w:spacing w:before="40" w:after="80"/>
      </w:pPr>
      <w:r>
        <w:rPr>
          <w:rFonts w:ascii="Times New Roman" w:hAnsi="Times New Roman"/>
        </w:rPr>
        <w:t>Affirmation of Receiving</w:t>
      </w:r>
    </w:p>
    <w:p w14:paraId="1EBB0CBC" w14:textId="77777777" w:rsidR="00BA1A4E" w:rsidRDefault="00000000">
      <w:pPr>
        <w:spacing w:after="140" w:line="264" w:lineRule="auto"/>
        <w:jc w:val="center"/>
      </w:pPr>
      <w:r>
        <w:rPr>
          <w:b/>
          <w:i/>
          <w:color w:val="1F3559"/>
        </w:rPr>
        <w:t>I AM open to receive the financial blessings prepared for me.</w:t>
      </w:r>
      <w:r>
        <w:rPr>
          <w:b/>
          <w:i/>
          <w:color w:val="1F3559"/>
        </w:rPr>
        <w:br/>
        <w:t>I AM supplied. I AM guided. I AM grateful.</w:t>
      </w:r>
      <w:r>
        <w:rPr>
          <w:b/>
          <w:i/>
          <w:color w:val="1F3559"/>
        </w:rPr>
        <w:br/>
        <w:t>Divine Supply now flows into my life in perfect order.</w:t>
      </w:r>
    </w:p>
    <w:p w14:paraId="08E442E5" w14:textId="77777777" w:rsidR="00BA1A4E" w:rsidRDefault="00000000">
      <w:pPr>
        <w:spacing w:after="0"/>
        <w:jc w:val="center"/>
      </w:pPr>
      <w:r>
        <w:rPr>
          <w:i/>
          <w:sz w:val="23"/>
        </w:rPr>
        <w:t>I include this example because I have lived it. I continued calling forth a financial blessing connected with a case through a long period of waiting, and now I am receiving that money. My experience reminds me to continue the spiritual work while the physical process unfolds.</w:t>
      </w:r>
    </w:p>
    <w:p w14:paraId="37E70051" w14:textId="77777777" w:rsidR="00BA1A4E" w:rsidRDefault="00000000">
      <w:pPr>
        <w:spacing w:after="0"/>
      </w:pPr>
      <w:r>
        <w:br w:type="page"/>
      </w:r>
    </w:p>
    <w:p w14:paraId="3403F4F3" w14:textId="77777777" w:rsidR="00BA1A4E" w:rsidRDefault="00000000">
      <w:pPr>
        <w:pStyle w:val="Heading1"/>
        <w:spacing w:before="80" w:after="140"/>
      </w:pPr>
      <w:r>
        <w:rPr>
          <w:rFonts w:ascii="Times New Roman" w:hAnsi="Times New Roman"/>
        </w:rPr>
        <w:lastRenderedPageBreak/>
        <w:t>Sacred Promise of Master Jesus</w:t>
      </w:r>
    </w:p>
    <w:p w14:paraId="16D8D9BC" w14:textId="77777777" w:rsidR="00BA1A4E" w:rsidRDefault="00000000">
      <w:pPr>
        <w:pStyle w:val="Heading2"/>
        <w:spacing w:before="40" w:after="80"/>
      </w:pPr>
      <w:r>
        <w:rPr>
          <w:rFonts w:ascii="Times New Roman" w:hAnsi="Times New Roman"/>
        </w:rPr>
        <w:t>Invocation</w:t>
      </w:r>
    </w:p>
    <w:p w14:paraId="1825B167" w14:textId="77777777" w:rsidR="00BA1A4E" w:rsidRDefault="00000000">
      <w:pPr>
        <w:spacing w:after="100"/>
        <w:jc w:val="both"/>
      </w:pPr>
      <w:r>
        <w:t>Father-Mother God, surround me with Your Love, Light, Healing, Wisdom, and Truth. I open my heart to receive the Living Word and Healing Power of God. Beloved Mighty I AM Presence, I welcome Master Jesus into my heart daily, and I pour forth my love unto Him.</w:t>
      </w:r>
    </w:p>
    <w:p w14:paraId="7913876B" w14:textId="77777777" w:rsidR="00BA1A4E" w:rsidRDefault="00000000">
      <w:pPr>
        <w:pStyle w:val="Heading2"/>
        <w:spacing w:before="40" w:after="80"/>
      </w:pPr>
      <w:r>
        <w:rPr>
          <w:rFonts w:ascii="Times New Roman" w:hAnsi="Times New Roman"/>
        </w:rPr>
        <w:t>Jesus Speaks</w:t>
      </w:r>
    </w:p>
    <w:p w14:paraId="7D3F0D40" w14:textId="77777777" w:rsidR="00BA1A4E" w:rsidRDefault="00000000">
      <w:pPr>
        <w:spacing w:after="80"/>
        <w:jc w:val="both"/>
      </w:pPr>
      <w:r>
        <w:rPr>
          <w:i/>
        </w:rPr>
        <w:t>"My beloved, I will heal you daily. As you welcome Me into your heart, I pour into your consciousness new ideas, pure thought-forms, and the power of Cosmic Christ Love. This Love restores your body, uplifts your soul, and magnifies the Flame of your Divinity.</w:t>
      </w:r>
    </w:p>
    <w:p w14:paraId="76EC5A57" w14:textId="77777777" w:rsidR="00BA1A4E" w:rsidRDefault="00000000">
      <w:pPr>
        <w:spacing w:after="80"/>
        <w:jc w:val="both"/>
      </w:pPr>
      <w:r>
        <w:rPr>
          <w:i/>
        </w:rPr>
        <w:t>"Each time you invoke the sacred words - Myasmia, Yanonia, Yacente - with clear intention, faith, and love, I direct the power of the Holy Spirit into your being.</w:t>
      </w:r>
    </w:p>
    <w:p w14:paraId="6452B2D1" w14:textId="77777777" w:rsidR="00BA1A4E" w:rsidRDefault="00000000">
      <w:pPr>
        <w:spacing w:after="100"/>
        <w:jc w:val="both"/>
      </w:pPr>
      <w:r>
        <w:rPr>
          <w:i/>
        </w:rPr>
        <w:t>"I promise you, beloved: as you call upon Me, I shall be there. My Cosmic Christ Love Flame ignites within you daily, bringing purification, healing, and resurrection. Receive this gift. You are loved from My Heart. You are healed. You are free."</w:t>
      </w:r>
    </w:p>
    <w:p w14:paraId="53A2D577" w14:textId="77777777" w:rsidR="00BA1A4E" w:rsidRDefault="00000000">
      <w:pPr>
        <w:pStyle w:val="Heading2"/>
        <w:spacing w:before="40" w:after="80"/>
      </w:pPr>
      <w:r>
        <w:rPr>
          <w:rFonts w:ascii="Times New Roman" w:hAnsi="Times New Roman"/>
        </w:rPr>
        <w:t>Decree of Healing</w:t>
      </w:r>
    </w:p>
    <w:p w14:paraId="28E41265" w14:textId="6B5C894E" w:rsidR="00BA1A4E" w:rsidRDefault="00000000">
      <w:pPr>
        <w:spacing w:after="60"/>
        <w:jc w:val="both"/>
      </w:pPr>
      <w:r>
        <w:t xml:space="preserve">I call upon the Power of the Cosmic </w:t>
      </w:r>
      <w:r w:rsidR="006B64A8">
        <w:t xml:space="preserve">Flame </w:t>
      </w:r>
      <w:r w:rsidR="003D7BB5">
        <w:t xml:space="preserve">of Cosmic </w:t>
      </w:r>
      <w:r>
        <w:t>Healing</w:t>
      </w:r>
      <w:r w:rsidR="003D7BB5">
        <w:t>.</w:t>
      </w:r>
      <w:r>
        <w:t xml:space="preserve"> It is healing me now, and I seal this promise with:</w:t>
      </w:r>
    </w:p>
    <w:p w14:paraId="50A27033" w14:textId="77777777" w:rsidR="00BA1A4E" w:rsidRDefault="00000000">
      <w:pPr>
        <w:spacing w:before="40" w:after="100"/>
        <w:jc w:val="center"/>
      </w:pPr>
      <w:r>
        <w:rPr>
          <w:b/>
          <w:i/>
          <w:color w:val="1F3559"/>
          <w:sz w:val="25"/>
        </w:rPr>
        <w:t>Myasmia, Yanonia, Yacente</w:t>
      </w:r>
      <w:r>
        <w:rPr>
          <w:b/>
          <w:i/>
          <w:color w:val="1F3559"/>
          <w:sz w:val="25"/>
        </w:rPr>
        <w:br/>
        <w:t>Myasmia, Yanonia, Yacente</w:t>
      </w:r>
      <w:r>
        <w:rPr>
          <w:b/>
          <w:i/>
          <w:color w:val="1F3559"/>
          <w:sz w:val="25"/>
        </w:rPr>
        <w:br/>
        <w:t>Myasmia, Yanonia, Yacente</w:t>
      </w:r>
    </w:p>
    <w:p w14:paraId="02B7479F" w14:textId="77777777" w:rsidR="00BA1A4E" w:rsidRDefault="00000000">
      <w:pPr>
        <w:spacing w:after="80" w:line="264" w:lineRule="auto"/>
        <w:jc w:val="center"/>
      </w:pPr>
      <w:r>
        <w:rPr>
          <w:b/>
        </w:rPr>
        <w:t>I AM Love. I AM Light. I AM made whole.</w:t>
      </w:r>
    </w:p>
    <w:p w14:paraId="4C43523D" w14:textId="77777777" w:rsidR="00BA1A4E" w:rsidRDefault="00000000">
      <w:pPr>
        <w:spacing w:after="0" w:line="264" w:lineRule="auto"/>
        <w:jc w:val="center"/>
      </w:pPr>
      <w:r>
        <w:rPr>
          <w:i/>
          <w:color w:val="1F3559"/>
          <w:sz w:val="21"/>
        </w:rPr>
        <w:t>Use these words with love, clear intention, and faithful daily practice. Allow every manifestation to unfold in harmony with Divine Will and the highest good of all.</w:t>
      </w:r>
    </w:p>
    <w:sectPr w:rsidR="00BA1A4E" w:rsidSect="00034616">
      <w:headerReference w:type="default" r:id="rId9"/>
      <w:footerReference w:type="default" r:id="rId10"/>
      <w:pgSz w:w="8640" w:h="12960"/>
      <w:pgMar w:top="936" w:right="1008" w:bottom="893" w:left="1008"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946F1E" w14:textId="77777777" w:rsidR="008575AE" w:rsidRDefault="008575AE">
      <w:pPr>
        <w:spacing w:after="0" w:line="240" w:lineRule="auto"/>
      </w:pPr>
      <w:r>
        <w:separator/>
      </w:r>
    </w:p>
  </w:endnote>
  <w:endnote w:type="continuationSeparator" w:id="0">
    <w:p w14:paraId="1F2E87D8" w14:textId="77777777" w:rsidR="008575AE" w:rsidRDefault="00857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A5E52" w14:textId="7B290FB0" w:rsidR="00BA1A4E" w:rsidRDefault="00000000">
    <w:pPr>
      <w:pStyle w:val="Footer"/>
      <w:jc w:val="center"/>
    </w:pPr>
    <w:r>
      <w:rPr>
        <w:color w:val="5A5A5A"/>
        <w:sz w:val="18"/>
      </w:rPr>
      <w:fldChar w:fldCharType="begin"/>
    </w:r>
    <w:r>
      <w:rPr>
        <w:color w:val="5A5A5A"/>
        <w:sz w:val="18"/>
      </w:rPr>
      <w:instrText xml:space="preserve"> PAGE </w:instrText>
    </w:r>
    <w:r>
      <w:rPr>
        <w:color w:val="5A5A5A"/>
        <w:sz w:val="18"/>
      </w:rPr>
      <w:fldChar w:fldCharType="separate"/>
    </w:r>
    <w:r w:rsidR="006B64A8">
      <w:rPr>
        <w:noProof/>
        <w:color w:val="5A5A5A"/>
        <w:sz w:val="18"/>
      </w:rPr>
      <w:t>2</w:t>
    </w:r>
    <w:r>
      <w:rPr>
        <w:color w:val="5A5A5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8FBD43" w14:textId="77777777" w:rsidR="008575AE" w:rsidRDefault="008575AE">
      <w:pPr>
        <w:spacing w:after="0" w:line="240" w:lineRule="auto"/>
      </w:pPr>
      <w:r>
        <w:separator/>
      </w:r>
    </w:p>
  </w:footnote>
  <w:footnote w:type="continuationSeparator" w:id="0">
    <w:p w14:paraId="27B7EE5A" w14:textId="77777777" w:rsidR="008575AE" w:rsidRDefault="00857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440F2" w14:textId="77777777" w:rsidR="00BA1A4E" w:rsidRDefault="00000000">
    <w:pPr>
      <w:pStyle w:val="Header"/>
      <w:jc w:val="center"/>
    </w:pPr>
    <w:r>
      <w:rPr>
        <w:i/>
        <w:color w:val="5A5A5A"/>
        <w:sz w:val="17"/>
      </w:rPr>
      <w:t>Myasmia, Yanonia, Yacente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8928419">
    <w:abstractNumId w:val="8"/>
  </w:num>
  <w:num w:numId="2" w16cid:durableId="213347673">
    <w:abstractNumId w:val="6"/>
  </w:num>
  <w:num w:numId="3" w16cid:durableId="528756644">
    <w:abstractNumId w:val="5"/>
  </w:num>
  <w:num w:numId="4" w16cid:durableId="2055696791">
    <w:abstractNumId w:val="4"/>
  </w:num>
  <w:num w:numId="5" w16cid:durableId="243877047">
    <w:abstractNumId w:val="7"/>
  </w:num>
  <w:num w:numId="6" w16cid:durableId="43144533">
    <w:abstractNumId w:val="3"/>
  </w:num>
  <w:num w:numId="7" w16cid:durableId="1318876008">
    <w:abstractNumId w:val="2"/>
  </w:num>
  <w:num w:numId="8" w16cid:durableId="2026977578">
    <w:abstractNumId w:val="1"/>
  </w:num>
  <w:num w:numId="9" w16cid:durableId="18805065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74E7"/>
    <w:rsid w:val="0015074B"/>
    <w:rsid w:val="0029639D"/>
    <w:rsid w:val="00326F90"/>
    <w:rsid w:val="003D7BB5"/>
    <w:rsid w:val="0040139F"/>
    <w:rsid w:val="00403B87"/>
    <w:rsid w:val="004B15A2"/>
    <w:rsid w:val="006B303F"/>
    <w:rsid w:val="006B64A8"/>
    <w:rsid w:val="007C1773"/>
    <w:rsid w:val="008575AE"/>
    <w:rsid w:val="00AA1D8D"/>
    <w:rsid w:val="00B47730"/>
    <w:rsid w:val="00BA1A4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10EB2"/>
  <w14:defaultImageDpi w14:val="300"/>
  <w15:docId w15:val="{CA318363-C1BE-CC4A-9295-C9992A48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355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15B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Three Sacred Words of Manifestation: Myasmia, Yanonia, Yacente</vt:lpstr>
    </vt:vector>
  </TitlesOfParts>
  <Manager/>
  <Company/>
  <LinksUpToDate>false</LinksUpToDate>
  <CharactersWithSpaces>10285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Sacred Words of Manifestation: Myasmia, Yanonia, Yacente</dc:title>
  <dc:subject>A personal spiritual teaching on intention, faith, and manifestation</dc:subject>
  <dc:creator>Maurice Ramsey</dc:creator>
  <cp:keywords/>
  <dc:description>generated by python-docx</dc:description>
  <cp:lastModifiedBy>Maurice Ramsey</cp:lastModifiedBy>
  <cp:revision>2</cp:revision>
  <dcterms:created xsi:type="dcterms:W3CDTF">2026-08-30T13:26:00Z</dcterms:created>
  <dcterms:modified xsi:type="dcterms:W3CDTF">2026-08-30T13:26:00Z</dcterms:modified>
  <cp:category/>
</cp:coreProperties>
</file>