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D2E3FA" w14:textId="203115D5" w:rsidR="006C1794" w:rsidRDefault="006C1794">
      <w:pPr>
        <w:spacing w:after="200" w:line="276" w:lineRule="auto"/>
        <w:jc w:val="left"/>
      </w:pPr>
      <w:r>
        <w:rPr>
          <w:noProof/>
        </w:rPr>
        <w:drawing>
          <wp:anchor distT="0" distB="0" distL="114300" distR="114300" simplePos="0" relativeHeight="251658240" behindDoc="0" locked="0" layoutInCell="1" allowOverlap="1" wp14:anchorId="161F4D7F" wp14:editId="381E048F">
            <wp:simplePos x="0" y="0"/>
            <wp:positionH relativeFrom="column">
              <wp:posOffset>-946298</wp:posOffset>
            </wp:positionH>
            <wp:positionV relativeFrom="paragraph">
              <wp:posOffset>-914400</wp:posOffset>
            </wp:positionV>
            <wp:extent cx="7793146" cy="10058400"/>
            <wp:effectExtent l="0" t="0" r="5080" b="0"/>
            <wp:wrapNone/>
            <wp:docPr id="331762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62362" name="Picture 331762362"/>
                    <pic:cNvPicPr/>
                  </pic:nvPicPr>
                  <pic:blipFill>
                    <a:blip r:embed="rId8"/>
                    <a:stretch>
                      <a:fillRect/>
                    </a:stretch>
                  </pic:blipFill>
                  <pic:spPr>
                    <a:xfrm>
                      <a:off x="0" y="0"/>
                      <a:ext cx="7957462" cy="10270478"/>
                    </a:xfrm>
                    <a:prstGeom prst="rect">
                      <a:avLst/>
                    </a:prstGeom>
                  </pic:spPr>
                </pic:pic>
              </a:graphicData>
            </a:graphic>
            <wp14:sizeRelH relativeFrom="page">
              <wp14:pctWidth>0</wp14:pctWidth>
            </wp14:sizeRelH>
            <wp14:sizeRelV relativeFrom="page">
              <wp14:pctHeight>0</wp14:pctHeight>
            </wp14:sizeRelV>
          </wp:anchor>
        </w:drawing>
      </w:r>
      <w:r>
        <w:br w:type="page"/>
      </w:r>
    </w:p>
    <w:p w14:paraId="56E06F03" w14:textId="77777777" w:rsidR="00B92B2F" w:rsidRPr="004D257F" w:rsidRDefault="00B92B2F">
      <w:pPr>
        <w:spacing w:after="240"/>
        <w:rPr>
          <w:rFonts w:ascii="Times New Roman" w:hAnsi="Times New Roman" w:cs="Times New Roman"/>
        </w:rPr>
      </w:pPr>
    </w:p>
    <w:p w14:paraId="5C51C033" w14:textId="77777777" w:rsidR="00B92B2F" w:rsidRPr="004D257F" w:rsidRDefault="00000000">
      <w:pPr>
        <w:spacing w:after="200"/>
        <w:jc w:val="center"/>
        <w:rPr>
          <w:rFonts w:ascii="Times New Roman" w:hAnsi="Times New Roman" w:cs="Times New Roman"/>
        </w:rPr>
      </w:pPr>
      <w:r w:rsidRPr="004D257F">
        <w:rPr>
          <w:rFonts w:ascii="Times New Roman" w:hAnsi="Times New Roman" w:cs="Times New Roman"/>
          <w:b/>
          <w:color w:val="A07826"/>
          <w:sz w:val="21"/>
        </w:rPr>
        <w:t>A MESSAGE OF SPIRITUAL AWAKENING</w:t>
      </w:r>
    </w:p>
    <w:p w14:paraId="474752D2" w14:textId="77777777" w:rsidR="00B92B2F" w:rsidRPr="004D257F" w:rsidRDefault="00000000">
      <w:pPr>
        <w:pStyle w:val="Title"/>
        <w:rPr>
          <w:rFonts w:ascii="Times New Roman" w:hAnsi="Times New Roman" w:cs="Times New Roman"/>
        </w:rPr>
      </w:pPr>
      <w:r w:rsidRPr="004D257F">
        <w:rPr>
          <w:rFonts w:ascii="Times New Roman" w:hAnsi="Times New Roman" w:cs="Times New Roman"/>
        </w:rPr>
        <w:t>MY MIGHTY “I AM”</w:t>
      </w:r>
    </w:p>
    <w:p w14:paraId="16412A84" w14:textId="77777777" w:rsidR="00B92B2F" w:rsidRPr="004D257F" w:rsidRDefault="00000000">
      <w:pPr>
        <w:pStyle w:val="Subtitle"/>
        <w:rPr>
          <w:rFonts w:ascii="Times New Roman" w:hAnsi="Times New Roman" w:cs="Times New Roman"/>
        </w:rPr>
      </w:pPr>
      <w:r w:rsidRPr="004D257F">
        <w:rPr>
          <w:rFonts w:ascii="Times New Roman" w:hAnsi="Times New Roman" w:cs="Times New Roman"/>
        </w:rPr>
        <w:t>Awakening the Divine Presence Within</w:t>
      </w:r>
    </w:p>
    <w:p w14:paraId="5D08D6D4" w14:textId="77777777" w:rsidR="00B92B2F" w:rsidRPr="004D257F" w:rsidRDefault="00000000">
      <w:pPr>
        <w:spacing w:after="80"/>
        <w:jc w:val="center"/>
        <w:rPr>
          <w:rFonts w:ascii="Times New Roman" w:hAnsi="Times New Roman" w:cs="Times New Roman"/>
        </w:rPr>
      </w:pPr>
      <w:r w:rsidRPr="004D257F">
        <w:rPr>
          <w:rFonts w:ascii="Times New Roman" w:hAnsi="Times New Roman" w:cs="Times New Roman"/>
          <w:b/>
          <w:color w:val="203748"/>
          <w:sz w:val="23"/>
        </w:rPr>
        <w:t>By Maurice Ramsey</w:t>
      </w:r>
    </w:p>
    <w:p w14:paraId="37266ACB" w14:textId="77777777" w:rsidR="00B92B2F" w:rsidRPr="004D257F" w:rsidRDefault="00000000">
      <w:pPr>
        <w:spacing w:after="440"/>
        <w:jc w:val="center"/>
        <w:rPr>
          <w:rFonts w:ascii="Times New Roman" w:hAnsi="Times New Roman" w:cs="Times New Roman"/>
        </w:rPr>
      </w:pPr>
      <w:r w:rsidRPr="004D257F">
        <w:rPr>
          <w:rFonts w:ascii="Times New Roman" w:hAnsi="Times New Roman" w:cs="Times New Roman"/>
          <w:i/>
          <w:color w:val="5C5C5C"/>
        </w:rPr>
        <w:t>Based on a channeled message from Lord Jesus Christ through Lea Chapin, August 27, 2026</w:t>
      </w:r>
    </w:p>
    <w:p w14:paraId="57DBB72D" w14:textId="77777777" w:rsidR="00B92B2F" w:rsidRPr="004D257F" w:rsidRDefault="00000000" w:rsidP="00803327">
      <w:pPr>
        <w:spacing w:after="200" w:line="276" w:lineRule="auto"/>
        <w:rPr>
          <w:rFonts w:ascii="Times New Roman" w:hAnsi="Times New Roman" w:cs="Times New Roman"/>
          <w:sz w:val="24"/>
          <w:szCs w:val="24"/>
        </w:rPr>
      </w:pPr>
      <w:r w:rsidRPr="004D257F">
        <w:rPr>
          <w:rFonts w:ascii="Times New Roman" w:hAnsi="Times New Roman" w:cs="Times New Roman"/>
          <w:b/>
          <w:color w:val="A07826"/>
          <w:sz w:val="24"/>
          <w:szCs w:val="24"/>
        </w:rPr>
        <w:t>O</w:t>
      </w:r>
      <w:r w:rsidRPr="004D257F">
        <w:rPr>
          <w:rFonts w:ascii="Times New Roman" w:hAnsi="Times New Roman" w:cs="Times New Roman"/>
          <w:sz w:val="24"/>
          <w:szCs w:val="24"/>
        </w:rPr>
        <w:t>n August 27, 2026, I received a message from Lord Jesus Christ that confirmed something that had already begun stirring deeply within my heart: the “I AM Presence” is alive within us. It is not distant, silent, or beyond our reach. It is the living Presence of the Great Creator within every soul - the Divine Spark, the God essence, and the wellspring of life from which we came.</w:t>
      </w:r>
    </w:p>
    <w:p w14:paraId="230F137D"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This message was not given to me only for my own spiritual growth. Jesus made it clear that I am to speak about the “I AM,” to help others remember the Divine Presence within themselves, and to show how this remembrance can change the way we live, the way we see ourselves, and the way we honor one another.</w:t>
      </w:r>
    </w:p>
    <w:p w14:paraId="146B6998"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The Presence of God Within</w:t>
      </w:r>
    </w:p>
    <w:p w14:paraId="77BEB51F"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When we speak the words “I AM,” we are not speaking about the human ego or declaring ourselves greater than another person. We are acknowledging the sacred life of God within us. The message describes the “I AM Presence” as the energy of the Great Creator - the Divine essence that runs through every cell, every fiber, and every part of our being.</w:t>
      </w:r>
    </w:p>
    <w:p w14:paraId="6A375C59"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Many people have forgotten this connection. They search outside themselves for the God who has never left them. They may feel weak, unworthy, abandoned, or separated from Divine Love. Yet the Presence remains alive within them, waiting to be remembered. To awaken to the “I AM” is to remember that we are not empty vessels. We carry the Light, Love, wisdom, strength, and life of our Creator within the deepest part of our being.</w:t>
      </w:r>
    </w:p>
    <w:p w14:paraId="68DEA65C"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lastRenderedPageBreak/>
        <w:t>Priming the Wellspring</w:t>
      </w:r>
    </w:p>
    <w:p w14:paraId="40A10411"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Jesus gave a beautifully simple way to awaken this remembrance: place your hand over your heart, become still, and repeat three times: “I AM That I AM. I AM That I AM. I AM That I AM.” He compared this practice to priming a pump - opening the inner wellspring so that the energy of the God essence can rise into our conscious awareness.</w:t>
      </w:r>
    </w:p>
    <w:p w14:paraId="7C25E88C"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These words are more than a phrase spoken by the mind. They are an invitation to feel. As we breathe gently into the heart and speak them with sincere intention, we turn our attention toward the Divine life already flowing within us. We are reminding the body, mind, heart, and soul of their true Source. We are saying: I remember who lives within me. I remember the Light from which I came. I open myself to the Presence of God now.</w:t>
      </w:r>
    </w:p>
    <w:p w14:paraId="55574409"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A Living Vibration</w:t>
      </w:r>
    </w:p>
    <w:p w14:paraId="0FD9ECCE"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The message describes “I AM That I AM” as a powerful and potent vibration. As it is invoked with love and awareness, its frequency moves through the whole being - through the physical body and every subtle level of life. It touches the chakras, meridians, axiotonal lines, thoughts, emotions, and auric field. The purpose is not to force an experience, but to become receptive to the Divine Presence that is already there.</w:t>
      </w:r>
    </w:p>
    <w:p w14:paraId="365E6504"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Each person may experience this in a different way. One may feel warmth, peace, tingling, strength, a movement of energy, or a quiet inner stillness. Another may simply feel more centered. The experience is not measured by how dramatic it seems. What matters is our willingness to be present, to breathe, to listen, and to allow the God essence to become real in our daily awareness.</w:t>
      </w:r>
    </w:p>
    <w:p w14:paraId="5E561D8C"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Strength, Clarity, and Spiritual Alignment</w:t>
      </w:r>
    </w:p>
    <w:p w14:paraId="28B86E8F"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As we continue working with the “I AM Presence,” we begin to align more fully with our true divinity. The message speaks of greater confidence, clarity, vitality, inner strength, and peace. We begin to feel the power of our spirit rather than being ruled entirely by fear, doubt, or the opinions of the world.</w:t>
      </w:r>
    </w:p>
    <w:p w14:paraId="4676309A"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 xml:space="preserve">This alignment does not mean that every difficulty disappears. It means we no longer face life believing we are powerless or alone. We remember that the Love of God surrounds us, the Power of God protects us, and the Presence of God watches over us. Wherever we are, God is, and in that </w:t>
      </w:r>
      <w:proofErr w:type="gramStart"/>
      <w:r w:rsidRPr="004D257F">
        <w:rPr>
          <w:rFonts w:ascii="Times New Roman" w:hAnsi="Times New Roman" w:cs="Times New Roman"/>
          <w:sz w:val="24"/>
          <w:szCs w:val="24"/>
        </w:rPr>
        <w:t>Presence</w:t>
      </w:r>
      <w:proofErr w:type="gramEnd"/>
      <w:r w:rsidRPr="004D257F">
        <w:rPr>
          <w:rFonts w:ascii="Times New Roman" w:hAnsi="Times New Roman" w:cs="Times New Roman"/>
          <w:sz w:val="24"/>
          <w:szCs w:val="24"/>
        </w:rPr>
        <w:t xml:space="preserve"> we can return to peace.</w:t>
      </w:r>
    </w:p>
    <w:p w14:paraId="3F3356D1"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lastRenderedPageBreak/>
        <w:t>Becoming the Signature of the “I AM”</w:t>
      </w:r>
    </w:p>
    <w:p w14:paraId="2F9665B8"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The “I AM Presence” is not meant to remain only a private meditation. It is meant to be expressed through our actions, words, thoughts, beliefs, and treatment of others. As we live in conscious relationship with the Divine Presence, its Light becomes imprinted upon our lives. It becomes what the message calls our “signature vibration.”</w:t>
      </w:r>
    </w:p>
    <w:p w14:paraId="37C91CDC"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Our presence begins to speak before our words do. Love becomes more natural. Compassion grows. We become less willing to dishonor ourselves and less willing to dishonor another soul. We carry a greater sense of grace because we are no longer denying the sacred Light within us.</w:t>
      </w:r>
    </w:p>
    <w:p w14:paraId="3964F5AB"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Recognizing God in One Another</w:t>
      </w:r>
    </w:p>
    <w:p w14:paraId="7131817A"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This is where the teaching reaches beyond personal empowerment and becomes a message for the world. When we recognize the Divine Spark within ourselves, we become able to recognize it within every brother and sister. We begin to honor all life. Hatred, war, cruelty, and violence grow from the illusion that we are separate and that another life has less value than our own. The remembrance of the “I AM Presence” challenges that illusion.</w:t>
      </w:r>
    </w:p>
    <w:p w14:paraId="134115CA"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Imagine what could change if more souls looked at one another and silently remembered: the Presence of God lives in you, just as it lives in me. We would not have to agree on every belief, background, or path. But we could begin with reverence for the Divine life we share. This is how awakening becomes service, and how individual transformation can ripple outward into families, communities, and the world.</w:t>
      </w:r>
    </w:p>
    <w:p w14:paraId="42EDB296"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A Simple Heart Practice</w:t>
      </w:r>
    </w:p>
    <w:p w14:paraId="33E8F3EB"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You do not need complicated words or a perfect spiritual technique. Begin with sincerity, a quiet breath, and an open heart:</w:t>
      </w:r>
    </w:p>
    <w:p w14:paraId="0AE24688" w14:textId="77777777" w:rsidR="00B92B2F" w:rsidRPr="004D257F" w:rsidRDefault="00000000">
      <w:pPr>
        <w:pStyle w:val="PracticeStep"/>
        <w:numPr>
          <w:ilvl w:val="0"/>
          <w:numId w:val="1"/>
        </w:numPr>
        <w:rPr>
          <w:rFonts w:ascii="Times New Roman" w:hAnsi="Times New Roman" w:cs="Times New Roman"/>
          <w:sz w:val="24"/>
          <w:szCs w:val="24"/>
        </w:rPr>
      </w:pPr>
      <w:r w:rsidRPr="004D257F">
        <w:rPr>
          <w:rFonts w:ascii="Times New Roman" w:hAnsi="Times New Roman" w:cs="Times New Roman"/>
          <w:sz w:val="24"/>
          <w:szCs w:val="24"/>
        </w:rPr>
        <w:t>Sit quietly and place your hand gently over the center of your heart.</w:t>
      </w:r>
    </w:p>
    <w:p w14:paraId="25B87FD0" w14:textId="77777777" w:rsidR="00B92B2F" w:rsidRPr="004D257F" w:rsidRDefault="00000000">
      <w:pPr>
        <w:pStyle w:val="PracticeStep"/>
        <w:numPr>
          <w:ilvl w:val="0"/>
          <w:numId w:val="1"/>
        </w:numPr>
        <w:rPr>
          <w:rFonts w:ascii="Times New Roman" w:hAnsi="Times New Roman" w:cs="Times New Roman"/>
          <w:sz w:val="24"/>
          <w:szCs w:val="24"/>
        </w:rPr>
      </w:pPr>
      <w:r w:rsidRPr="004D257F">
        <w:rPr>
          <w:rFonts w:ascii="Times New Roman" w:hAnsi="Times New Roman" w:cs="Times New Roman"/>
          <w:sz w:val="24"/>
          <w:szCs w:val="24"/>
        </w:rPr>
        <w:t>Breathe slowly and allow your body and mind to become still.</w:t>
      </w:r>
    </w:p>
    <w:p w14:paraId="320C0F14" w14:textId="77777777" w:rsidR="00B92B2F" w:rsidRPr="004D257F" w:rsidRDefault="00000000">
      <w:pPr>
        <w:pStyle w:val="PracticeStep"/>
        <w:numPr>
          <w:ilvl w:val="0"/>
          <w:numId w:val="1"/>
        </w:numPr>
        <w:rPr>
          <w:rFonts w:ascii="Times New Roman" w:hAnsi="Times New Roman" w:cs="Times New Roman"/>
          <w:sz w:val="24"/>
          <w:szCs w:val="24"/>
        </w:rPr>
      </w:pPr>
      <w:r w:rsidRPr="004D257F">
        <w:rPr>
          <w:rFonts w:ascii="Times New Roman" w:hAnsi="Times New Roman" w:cs="Times New Roman"/>
          <w:sz w:val="24"/>
          <w:szCs w:val="24"/>
        </w:rPr>
        <w:t>Repeat with feeling: “I AM That I AM. I AM That I AM. I AM That I AM.”</w:t>
      </w:r>
    </w:p>
    <w:p w14:paraId="13AB34CE" w14:textId="77777777" w:rsidR="00B92B2F" w:rsidRPr="004D257F" w:rsidRDefault="00000000">
      <w:pPr>
        <w:pStyle w:val="PracticeStep"/>
        <w:numPr>
          <w:ilvl w:val="0"/>
          <w:numId w:val="1"/>
        </w:numPr>
        <w:rPr>
          <w:rFonts w:ascii="Times New Roman" w:hAnsi="Times New Roman" w:cs="Times New Roman"/>
          <w:sz w:val="24"/>
          <w:szCs w:val="24"/>
        </w:rPr>
      </w:pPr>
      <w:r w:rsidRPr="004D257F">
        <w:rPr>
          <w:rFonts w:ascii="Times New Roman" w:hAnsi="Times New Roman" w:cs="Times New Roman"/>
          <w:sz w:val="24"/>
          <w:szCs w:val="24"/>
        </w:rPr>
        <w:t>Remain quiet for a few moments. Feel or imagine the Divine Light filling your heart and flowing through your entire being.</w:t>
      </w:r>
    </w:p>
    <w:p w14:paraId="2A1581B4" w14:textId="77777777" w:rsidR="00B92B2F" w:rsidRPr="004D257F" w:rsidRDefault="00000000">
      <w:pPr>
        <w:pStyle w:val="PracticeStep"/>
        <w:numPr>
          <w:ilvl w:val="0"/>
          <w:numId w:val="1"/>
        </w:numPr>
        <w:rPr>
          <w:rFonts w:ascii="Times New Roman" w:hAnsi="Times New Roman" w:cs="Times New Roman"/>
          <w:sz w:val="24"/>
          <w:szCs w:val="24"/>
        </w:rPr>
      </w:pPr>
      <w:r w:rsidRPr="004D257F">
        <w:rPr>
          <w:rFonts w:ascii="Times New Roman" w:hAnsi="Times New Roman" w:cs="Times New Roman"/>
          <w:sz w:val="24"/>
          <w:szCs w:val="24"/>
        </w:rPr>
        <w:t>Carry that remembrance into your day through loving words, peaceful actions, and respect for every life you encounter.</w:t>
      </w:r>
    </w:p>
    <w:p w14:paraId="161D9914"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lastRenderedPageBreak/>
        <w:t>Continue With Trust</w:t>
      </w:r>
    </w:p>
    <w:p w14:paraId="08866112"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Do not judge what happens. Do not deny the energy because it feels subtle, and do not force it to become something dramatic. Return to the practice with trust. The more consistently we honor the Presence, the more naturally its peace, strength, and wisdom can become part of the way we live.</w:t>
      </w:r>
    </w:p>
    <w:p w14:paraId="2646A9FC" w14:textId="77777777" w:rsidR="00B92B2F" w:rsidRPr="004D257F" w:rsidRDefault="00000000">
      <w:pPr>
        <w:pStyle w:val="Heading1"/>
        <w:rPr>
          <w:rFonts w:ascii="Times New Roman" w:hAnsi="Times New Roman" w:cs="Times New Roman"/>
        </w:rPr>
      </w:pPr>
      <w:r w:rsidRPr="004D257F">
        <w:rPr>
          <w:rFonts w:ascii="Times New Roman" w:hAnsi="Times New Roman" w:cs="Times New Roman"/>
        </w:rPr>
        <w:t>The Message I Am Called to Share</w:t>
      </w:r>
    </w:p>
    <w:p w14:paraId="7FF3F618"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Jesus asked me to help awaken others to their “I AM Presence.” I accept that calling with humility and love. I share this teaching because too many people have forgotten their worth, their connection to God, and the Light they carry. The world does not need more fear. It needs souls who remember who they are and who allow the Divine Presence to shine through them.</w:t>
      </w:r>
    </w:p>
    <w:p w14:paraId="4D34F6D8" w14:textId="77777777" w:rsidR="00B92B2F" w:rsidRPr="004D257F" w:rsidRDefault="00000000">
      <w:pPr>
        <w:rPr>
          <w:rFonts w:ascii="Times New Roman" w:hAnsi="Times New Roman" w:cs="Times New Roman"/>
          <w:sz w:val="24"/>
          <w:szCs w:val="24"/>
        </w:rPr>
      </w:pPr>
      <w:r w:rsidRPr="004D257F">
        <w:rPr>
          <w:rFonts w:ascii="Times New Roman" w:hAnsi="Times New Roman" w:cs="Times New Roman"/>
          <w:sz w:val="24"/>
          <w:szCs w:val="24"/>
        </w:rPr>
        <w:t>The “I AM” is alive. The Divine Spark is alive. The Great Creator's Presence is alive within every soul. May we feel its power, its peace, its glory, and its Holy Grace. May we honor the Light within ourselves and recognize that same Light in one another. May our lives become vessels of love, healing, and meaningful change.</w:t>
      </w:r>
    </w:p>
    <w:p w14:paraId="03EEAD8A" w14:textId="77777777" w:rsidR="00B92B2F" w:rsidRPr="004D257F" w:rsidRDefault="00000000">
      <w:pPr>
        <w:keepLines/>
        <w:spacing w:before="280" w:after="80"/>
        <w:jc w:val="center"/>
        <w:rPr>
          <w:rFonts w:ascii="Times New Roman" w:hAnsi="Times New Roman" w:cs="Times New Roman"/>
          <w:sz w:val="24"/>
          <w:szCs w:val="24"/>
        </w:rPr>
      </w:pPr>
      <w:r w:rsidRPr="004D257F">
        <w:rPr>
          <w:rFonts w:ascii="Times New Roman" w:hAnsi="Times New Roman" w:cs="Times New Roman"/>
          <w:b/>
          <w:color w:val="203748"/>
          <w:sz w:val="24"/>
          <w:szCs w:val="24"/>
        </w:rPr>
        <w:t>I AM That I AM.</w:t>
      </w:r>
      <w:r w:rsidRPr="004D257F">
        <w:rPr>
          <w:rFonts w:ascii="Times New Roman" w:hAnsi="Times New Roman" w:cs="Times New Roman"/>
          <w:b/>
          <w:color w:val="203748"/>
          <w:sz w:val="24"/>
          <w:szCs w:val="24"/>
        </w:rPr>
        <w:br/>
        <w:t>I AM That I AM.</w:t>
      </w:r>
      <w:r w:rsidRPr="004D257F">
        <w:rPr>
          <w:rFonts w:ascii="Times New Roman" w:hAnsi="Times New Roman" w:cs="Times New Roman"/>
          <w:b/>
          <w:color w:val="203748"/>
          <w:sz w:val="24"/>
          <w:szCs w:val="24"/>
        </w:rPr>
        <w:br/>
        <w:t>I AM That I AM.</w:t>
      </w:r>
      <w:r w:rsidRPr="004D257F">
        <w:rPr>
          <w:rFonts w:ascii="Times New Roman" w:hAnsi="Times New Roman" w:cs="Times New Roman"/>
          <w:b/>
          <w:color w:val="203748"/>
          <w:sz w:val="24"/>
          <w:szCs w:val="24"/>
        </w:rPr>
        <w:br/>
      </w:r>
      <w:r w:rsidRPr="004D257F">
        <w:rPr>
          <w:rFonts w:ascii="Times New Roman" w:hAnsi="Times New Roman" w:cs="Times New Roman"/>
          <w:b/>
          <w:color w:val="203748"/>
          <w:sz w:val="24"/>
          <w:szCs w:val="24"/>
        </w:rPr>
        <w:br/>
      </w:r>
      <w:r w:rsidRPr="004D257F">
        <w:rPr>
          <w:rFonts w:ascii="Times New Roman" w:hAnsi="Times New Roman" w:cs="Times New Roman"/>
          <w:i/>
          <w:color w:val="A07826"/>
          <w:sz w:val="24"/>
          <w:szCs w:val="24"/>
        </w:rPr>
        <w:t>Be still and know that you are loved.</w:t>
      </w:r>
    </w:p>
    <w:p w14:paraId="76843E47" w14:textId="0D05AD01" w:rsidR="00B92B2F" w:rsidRPr="004D257F" w:rsidRDefault="00000000">
      <w:pPr>
        <w:spacing w:before="200" w:after="0"/>
        <w:jc w:val="center"/>
        <w:rPr>
          <w:rFonts w:ascii="Times New Roman" w:hAnsi="Times New Roman" w:cs="Times New Roman"/>
          <w:sz w:val="24"/>
          <w:szCs w:val="24"/>
        </w:rPr>
      </w:pPr>
      <w:r w:rsidRPr="004D257F">
        <w:rPr>
          <w:rFonts w:ascii="Times New Roman" w:hAnsi="Times New Roman" w:cs="Times New Roman"/>
          <w:color w:val="5C5C5C"/>
          <w:sz w:val="24"/>
          <w:szCs w:val="24"/>
        </w:rPr>
        <w:t>Maurice Ramsey</w:t>
      </w:r>
      <w:r w:rsidRPr="004D257F">
        <w:rPr>
          <w:rFonts w:ascii="Times New Roman" w:hAnsi="Times New Roman" w:cs="Times New Roman"/>
          <w:color w:val="5C5C5C"/>
          <w:sz w:val="24"/>
          <w:szCs w:val="24"/>
        </w:rPr>
        <w:br/>
        <w:t xml:space="preserve">Minister of the Light - “I Serve </w:t>
      </w:r>
      <w:r w:rsidR="004D257F" w:rsidRPr="004D257F">
        <w:rPr>
          <w:rFonts w:ascii="Times New Roman" w:hAnsi="Times New Roman" w:cs="Times New Roman"/>
          <w:color w:val="5C5C5C"/>
          <w:sz w:val="24"/>
          <w:szCs w:val="24"/>
        </w:rPr>
        <w:t>with</w:t>
      </w:r>
      <w:r w:rsidRPr="004D257F">
        <w:rPr>
          <w:rFonts w:ascii="Times New Roman" w:hAnsi="Times New Roman" w:cs="Times New Roman"/>
          <w:color w:val="5C5C5C"/>
          <w:sz w:val="24"/>
          <w:szCs w:val="24"/>
        </w:rPr>
        <w:t xml:space="preserve"> Love”</w:t>
      </w:r>
    </w:p>
    <w:sectPr w:rsidR="00B92B2F" w:rsidRPr="004D257F" w:rsidSect="0003461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1BA8AF" w14:textId="77777777" w:rsidR="00EC66F1" w:rsidRDefault="00EC66F1">
      <w:pPr>
        <w:spacing w:after="0" w:line="240" w:lineRule="auto"/>
      </w:pPr>
      <w:r>
        <w:separator/>
      </w:r>
    </w:p>
  </w:endnote>
  <w:endnote w:type="continuationSeparator" w:id="0">
    <w:p w14:paraId="01630F32" w14:textId="77777777" w:rsidR="00EC66F1" w:rsidRDefault="00EC6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E3F7F" w14:textId="77777777" w:rsidR="00B92B2F" w:rsidRDefault="00000000">
    <w:pPr>
      <w:pStyle w:val="Footer"/>
      <w:jc w:val="center"/>
    </w:pPr>
    <w:r>
      <w:rPr>
        <w:color w:val="5C5C5C"/>
        <w:sz w:val="18"/>
      </w:rPr>
      <w:t xml:space="preserve">mauriceramseyhealingcenter.com   |   Page </w:t>
    </w:r>
    <w:r>
      <w:rPr>
        <w:color w:val="5C5C5C"/>
        <w:sz w:val="18"/>
      </w:rPr>
      <w:fldChar w:fldCharType="begin"/>
    </w:r>
    <w:r>
      <w:rPr>
        <w:color w:val="5C5C5C"/>
        <w:sz w:val="18"/>
      </w:rPr>
      <w:instrText xml:space="preserve"> PAGE </w:instrText>
    </w:r>
    <w:r w:rsidR="00803327">
      <w:rPr>
        <w:color w:val="5C5C5C"/>
        <w:sz w:val="18"/>
      </w:rPr>
      <w:fldChar w:fldCharType="separate"/>
    </w:r>
    <w:r w:rsidR="00803327">
      <w:rPr>
        <w:noProof/>
        <w:color w:val="5C5C5C"/>
        <w:sz w:val="18"/>
      </w:rPr>
      <w:t>1</w:t>
    </w:r>
    <w:r>
      <w:rPr>
        <w:color w:val="5C5C5C"/>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BDC12A" w14:textId="77777777" w:rsidR="00EC66F1" w:rsidRDefault="00EC66F1">
      <w:pPr>
        <w:spacing w:after="0" w:line="240" w:lineRule="auto"/>
      </w:pPr>
      <w:r>
        <w:separator/>
      </w:r>
    </w:p>
  </w:footnote>
  <w:footnote w:type="continuationSeparator" w:id="0">
    <w:p w14:paraId="6C7C35A2" w14:textId="77777777" w:rsidR="00EC66F1" w:rsidRDefault="00EC6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F9733E" w14:textId="25B97463" w:rsidR="00B92B2F" w:rsidRDefault="00B92B2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92967B0"/>
    <w:multiLevelType w:val="singleLevel"/>
    <w:tmpl w:val="11648592"/>
    <w:lvl w:ilvl="0">
      <w:start w:val="1"/>
      <w:numFmt w:val="decimal"/>
      <w:pStyle w:val="ListBullet"/>
      <w:lvlText w:val="%1."/>
      <w:lvlJc w:val="left"/>
      <w:pPr>
        <w:tabs>
          <w:tab w:val="num" w:pos="540"/>
        </w:tabs>
        <w:spacing w:after="80" w:line="290" w:lineRule="auto"/>
        <w:ind w:left="540" w:hanging="280"/>
      </w:pPr>
    </w:lvl>
  </w:abstractNum>
  <w:num w:numId="1" w16cid:durableId="6278549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139F"/>
    <w:rsid w:val="004D257F"/>
    <w:rsid w:val="006C1794"/>
    <w:rsid w:val="00803327"/>
    <w:rsid w:val="00AA1D8D"/>
    <w:rsid w:val="00B47730"/>
    <w:rsid w:val="00B92B2F"/>
    <w:rsid w:val="00CB0664"/>
    <w:rsid w:val="00EC66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11CF5"/>
  <w14:defaultImageDpi w14:val="300"/>
  <w15:docId w15:val="{CA318363-C1BE-CC4A-9295-C9992A48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jc w:val="both"/>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jc w:val="center"/>
    </w:pPr>
    <w:rPr>
      <w:rFonts w:asciiTheme="majorHAnsi" w:eastAsiaTheme="majorEastAsia" w:hAnsiTheme="majorHAnsi" w:cstheme="majorBidi"/>
      <w:b/>
      <w:color w:val="20374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jc w:val="center"/>
    </w:pPr>
    <w:rPr>
      <w:rFonts w:asciiTheme="majorHAnsi" w:eastAsiaTheme="majorEastAsia" w:hAnsiTheme="majorHAnsi" w:cstheme="majorBid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ceStep">
    <w:name w:val="Practice Step"/>
    <w:pPr>
      <w:spacing w:after="80" w:line="290" w:lineRule="auto"/>
      <w:ind w:left="540" w:hanging="279"/>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My Mighty I AM: Awakening the Divine Presence Within</vt:lpstr>
    </vt:vector>
  </TitlesOfParts>
  <Manager/>
  <Company/>
  <LinksUpToDate>false</LinksUpToDate>
  <CharactersWithSpaces>7282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Mighty I AM: Awakening the Divine Presence Within</dc:title>
  <dc:subject>A spiritual article about awakening to the I AM Presence</dc:subject>
  <dc:creator>Maurice Ramsey</dc:creator>
  <cp:keywords>I AM Presence, Divine Presence, spiritual awakening, Lord Jesus Christ</cp:keywords>
  <dc:description>generated by python-docx</dc:description>
  <cp:lastModifiedBy>Maurice Ramsey</cp:lastModifiedBy>
  <cp:revision>2</cp:revision>
  <dcterms:created xsi:type="dcterms:W3CDTF">2026-08-28T21:02:00Z</dcterms:created>
  <dcterms:modified xsi:type="dcterms:W3CDTF">2026-08-28T21:02:00Z</dcterms:modified>
  <cp:category/>
</cp:coreProperties>
</file>